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Microsoft YaHei"/>
          <w:b/>
          <w:i w:val="0"/>
          <w:color w:val="E2531B"/>
          <w:sz w:val="15"/>
        </w:rPr>
        <w:t>国际摄影大赛 · 第二届 · 2026年</w:t>
      </w:r>
    </w:p>
    <w:p>
      <w:pPr>
        <w:spacing w:before="0" w:after="80" w:line="276" w:lineRule="auto"/>
      </w:pPr>
      <w:r>
        <w:rPr>
          <w:rFonts w:ascii="Arial" w:hAnsi="Arial" w:eastAsia="Microsoft YaHei"/>
          <w:b/>
          <w:i w:val="0"/>
          <w:color w:val="082F47"/>
          <w:sz w:val="34"/>
        </w:rPr>
        <w:t>Snow Much to See，道德摄影比赛，获奖作品将在Images &amp; Neige摄影节展出</w:t>
      </w:r>
    </w:p>
    <w:p>
      <w:pPr>
        <w:spacing w:before="0" w:after="120" w:line="276" w:lineRule="auto"/>
      </w:pPr>
      <w:r>
        <w:rPr>
          <w:rFonts w:ascii="Georgia" w:hAnsi="Georgia" w:eastAsia="SimSun"/>
          <w:b/>
          <w:i w:val="0"/>
          <w:color w:val="082F47"/>
          <w:sz w:val="20"/>
        </w:rPr>
        <w:t>Snow Much to See国际摄影比赛，由第17届Images &amp; Neige摄影节（Cluses）主办——这是欧洲唯一一个完全专注于冰雪与寒冷的摄影节——今年已是第二年举办。报名时间为2026年11月1日至30日。两张免费照片、匿名评审，七位获奖者将于2027年1月22日至24日展出。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350"/>
          </w:tcPr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Cluses（上萨瓦省），2026年11月1日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 xml:space="preserve"> – Snow Much to See第二届比赛现已开放报名。年满18周岁的业余、半职业及职业摄影师，无论国籍，均可在巴黎时间2026年11月30日23时59分前，通过imagora平台提交作品。目标：赢得在Images &amp; Neige摄影节的展出机会。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两张照片免费，评审匿名，不转让任何版权。获奖作品由我们负责制作和装裱：无需自行打印。参赛费用亲民：9张照片以内5欧元，31张照片以内25欧元，含作品集评审。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四位系列作品获奖者和三位单幅作品获奖者将在阿尔卑斯山区的Images &amp; Neige摄影节展出，正值隆冬时节，作品以Hahnemühle艺术微喷形式呈现。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每个类别均设单幅和系列两个奖项。排名前10%的参赛作品将获得荣誉提名，即使没有获奖，也会获得徽章：真正有机会获得认可。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每张获奖照片都将与评委的书面分析一同刊登在高端画册中。仅需25 欧元起，即可获得作品集评审：评委前五名、一张单幅照片和一组系列作品的点评。获奖证书和徽章将在获奖者网站和社交网络上彰显荣誉。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JPEG文件直接上传：IMAGORA平台自动调整尺寸。结果将于2026年12月21日公布。</w:t>
            </w:r>
          </w:p>
        </w:tc>
        <w:tc>
          <w:tcPr>
            <w:tcW w:type="dxa" w:w="374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74000" cy="223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briel-madie-ski-track-snow-much-to-see-202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22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© Gabriel Madie · 2025年一等奖</w:t>
            </w:r>
          </w:p>
          <w:p>
            <w:pPr>
              <w:spacing w:before="60" w:after="0" w:line="276" w:lineRule="auto"/>
            </w:pPr>
            <w:r>
              <w:rPr>
                <w:rFonts w:ascii="Georgia" w:hAnsi="Georgia" w:eastAsia="SimSun"/>
                <w:b w:val="0"/>
                <w:i/>
                <w:color w:val="0B2233"/>
                <w:sz w:val="17"/>
              </w:rPr>
              <w:t>「这个比赛是第一个主动为我提供入选作品建设性反馈的，无需我主动请求。这种方式与大多数其他比赛截然不同。」</w:t>
            </w:r>
          </w:p>
          <w:p>
            <w:pPr>
              <w:spacing w:before="20" w:after="60" w:line="276" w:lineRule="auto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4"/>
              </w:rPr>
              <w:t>Estebane Rezkallah，2025年二等奖得主，2025年Sony World Photography Awards获奖者</w:t>
            </w:r>
          </w:p>
          <w:p>
            <w:pPr>
              <w:spacing w:before="100" w:after="40" w:line="276" w:lineRule="auto"/>
            </w:pPr>
            <w:r>
              <w:rPr>
                <w:rFonts w:ascii="Arial" w:hAnsi="Arial" w:eastAsia="Microsoft YaHei"/>
                <w:b/>
                <w:i w:val="0"/>
                <w:color w:val="E2531B"/>
                <w:sz w:val="17"/>
              </w:rPr>
              <w:t xml:space="preserve">■ </w:t>
            </w:r>
            <w:r>
              <w:rPr>
                <w:rFonts w:ascii="Arial" w:hAnsi="Arial" w:eastAsia="Microsoft YaHei"/>
                <w:b/>
                <w:i w:val="0"/>
                <w:color w:val="082F47"/>
                <w:sz w:val="21"/>
              </w:rPr>
              <w:t>首届赛事于2025年举办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来自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24个国家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匿名评审：在我们2025年的获奖者中，有曾获得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Sony World Photography Awards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 及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Visa pour l’Image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奖项的摄影师</w:t>
            </w:r>
          </w:p>
        </w:tc>
      </w:tr>
    </w:tbl>
    <w:p>
      <w:pPr>
        <w:spacing w:before="40" w:after="0" w:line="276" w:lineRule="auto"/>
        <w:pBdr>
          <w:bottom w:val="single" w:sz="8" w:space="4" w:color="082F47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关于SNOW MUCH TO SEE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国际摄影比赛主办方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Giandra De Castro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，评委会主席。法裔巴西摄影师，水肖像艺术家（无后期修图），La Gorge文化中心（Les Contamines-Montjoie）美术项目负责人。自2019年以来，已在12个国家举办60场展览。最新展览：志贺高原博物馆（日本长野）。即将举办：埃贝尔博物馆；Montier-en-Der国际摄影节（4天内超过4万名观众），以「水中博物馆」为主题的展陈空间。</w:t>
            </w:r>
          </w:p>
        </w:tc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关于IMAGES &amp; NEIGE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2010年由Frédéric Boiteux在Cluses（上萨瓦省）创办，是欧洲唯一一个完全专注于冰雪与寒冷的摄影节：每届展出超过300件作品，17年来已有超过600位艺术家参展，室内外展陈结合。Cluses市作为比赛合作伙伴，承办获奖者展览。</w:t>
            </w:r>
          </w:p>
        </w:tc>
      </w:tr>
    </w:tbl>
    <w:p>
      <w:pPr>
        <w:spacing w:before="80" w:after="0" w:line="276" w:lineRule="auto"/>
        <w:pBdr>
          <w:bottom w:val="single" w:sz="8" w:space="4" w:color="082F47"/>
        </w:pBdr>
      </w:pPr>
    </w:p>
    <w:p>
      <w:pPr>
        <w:spacing w:before="20" w:after="0" w:line="276" w:lineRule="auto"/>
      </w:pPr>
      <w:r>
        <w:rPr>
          <w:rFonts w:ascii="Georgia" w:hAnsi="Georgia" w:eastAsia="SimSun"/>
          <w:b/>
          <w:i w:val="0"/>
          <w:color w:val="082F47"/>
          <w:sz w:val="17"/>
        </w:rPr>
        <w:t xml:space="preserve">媒体联络 </w:t>
      </w:r>
      <w:r>
        <w:rPr>
          <w:rFonts w:ascii="Georgia" w:hAnsi="Georgia" w:eastAsia="SimSun"/>
          <w:b w:val="0"/>
          <w:i w:val="0"/>
          <w:color w:val="082F47"/>
          <w:sz w:val="17"/>
        </w:rPr>
        <w:t>Giandra De Castro · giandra [at] snowmuchtosee.com</w:t>
      </w:r>
    </w:p>
    <w:p>
      <w:pPr>
        <w:spacing w:before="20" w:after="0" w:line="276" w:lineRule="auto"/>
      </w:pPr>
      <w:r>
        <w:rPr>
          <w:rFonts w:ascii="Georgia" w:hAnsi="Georgia" w:eastAsia="SimSun"/>
          <w:b w:val="0"/>
          <w:i w:val="0"/>
          <w:color w:val="082F47"/>
          <w:sz w:val="17"/>
        </w:rPr>
        <w:t xml:space="preserve">标识、照片及新闻资料：snowmuchtosee.com/en/press/ </w:t>
      </w:r>
    </w:p>
    <w:p>
      <w:pPr>
        <w:spacing w:before="120" w:after="0" w:line="276" w:lineRule="auto"/>
        <w:jc w:val="center"/>
      </w:pPr>
      <w:r>
        <w:rPr>
          <w:rFonts w:ascii="Arial" w:hAnsi="Arial" w:eastAsia="Microsoft YaHei"/>
          <w:b/>
          <w:i w:val="0"/>
          <w:color w:val="082F47"/>
          <w:sz w:val="18"/>
        </w:rPr>
        <w:t>###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1134" w:left="90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6690"/>
        </w:tcPr>
        <w:p>
          <w:r>
            <w:drawing>
              <wp:inline xmlns:a="http://schemas.openxmlformats.org/drawingml/2006/main" xmlns:pic="http://schemas.openxmlformats.org/drawingml/2006/picture">
                <wp:extent cx="854795" cy="23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script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795" cy="23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1157143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s-et-neige-logo-officiel-h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43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488136" cy="2160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ille-de-cluses-logo-officiel-h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136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608859" cy="15120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ora-logo-h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859" cy="151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</w:p>
      </w:tc>
      <w:tc>
        <w:tcPr>
          <w:tcW w:type="dxa" w:w="3402"/>
        </w:tcPr>
        <w:p>
          <w:pPr>
            <w:jc w:val="right"/>
          </w:pPr>
          <w:r>
            <w:rPr>
              <w:rFonts w:ascii="Arial" w:hAnsi="Arial" w:eastAsia="Microsoft YaHei"/>
              <w:b w:val="0"/>
              <w:i w:val="0"/>
              <w:color w:val="4F6B7B"/>
              <w:sz w:val="14"/>
            </w:rPr>
            <w:t>snowmuchtosee.com · 新闻稿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1587402" cy="50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logo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402" cy="50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556"/>
        </w:tcPr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082F47"/>
              <w:sz w:val="21"/>
            </w:rPr>
            <w:t>新闻稿</w:t>
          </w:r>
        </w:p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E2531B"/>
              <w:sz w:val="14"/>
            </w:rPr>
            <w:t>即时发布</w:t>
          </w:r>
        </w:p>
        <w:p>
          <w:pPr>
            <w:jc w:val="right"/>
          </w:pPr>
          <w:r>
            <w:rPr>
              <w:rFonts w:ascii="Georgia" w:hAnsi="Georgia" w:eastAsia="SimSun"/>
              <w:b w:val="0"/>
              <w:i w:val="0"/>
              <w:color w:val="4F6B7B"/>
              <w:sz w:val="16"/>
            </w:rPr>
            <w:t>克吕兹，2026年11月1日</w:t>
          </w:r>
        </w:p>
      </w:tc>
    </w:tr>
  </w:tbl>
  <w:p>
    <w:pPr>
      <w:pBdr>
        <w:bottom w:val="single" w:sz="12" w:space="4" w:color="E2531B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Much to See 2026 · 新闻稿</dc:title>
  <dc:subject/>
  <dc:creator>Snow Much to See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