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Microsoft YaHei"/>
          <w:b/>
          <w:i w:val="0"/>
          <w:color w:val="E2531B"/>
          <w:sz w:val="15"/>
        </w:rPr>
        <w:t>CONCORSO FOTOGRAFICO INTERNAZIONALE · 2ª EDIZIONE · 2026</w:t>
      </w:r>
    </w:p>
    <w:p>
      <w:pPr>
        <w:spacing w:before="0" w:after="80" w:line="276" w:lineRule="auto"/>
      </w:pPr>
      <w:r>
        <w:rPr>
          <w:rFonts w:ascii="Arial" w:hAnsi="Arial" w:eastAsia="Microsoft YaHei"/>
          <w:b/>
          <w:i w:val="0"/>
          <w:color w:val="082F47"/>
          <w:sz w:val="34"/>
        </w:rPr>
        <w:t>Snow Much to See, il concorso fotografico etico che espone i suoi vincitori al festival Images &amp; Neige</w:t>
      </w:r>
    </w:p>
    <w:p>
      <w:pPr>
        <w:spacing w:before="0" w:after="120" w:line="276" w:lineRule="auto"/>
      </w:pPr>
      <w:r>
        <w:rPr>
          <w:rFonts w:ascii="Georgia" w:hAnsi="Georgia" w:eastAsia="SimSun"/>
          <w:b/>
          <w:i w:val="0"/>
          <w:color w:val="082F47"/>
          <w:sz w:val="20"/>
        </w:rPr>
        <w:t>Snow Much to See, concorso fotografico internazionale che la 17ª edizione del festival Images &amp; Neige (Cluses), l'unico festival fotografico in Europa interamente dedicato alla neve, al ghiaccio e al freddo, ospita per il secondo anno, accetta le candidature dal 1° al 30 novembre 2026. Due foto gratuite, una giuria anonima e sette vincitori esposti dal 22 al 24 gennaio 2027.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350"/>
          </w:tcPr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Cluses (Alta Savoia), 1° novembre 2026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 xml:space="preserve"> – La 2ª edizione di Snow Much to See è aperta. Dilettanti, semi-professionisti e professionisti di tutte le nazionalità, di 18 anni e più, si candidano fino al 30 novembre 2026, 23:59 (ora di Parigi), sulla piattaforma imagora. La posta in gioco: conquistare il proprio spazio espositivo al festival Images &amp; Neige.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Due foto sono gratuite, la giuria è anonima e nessun diritto viene ceduto. Le stampe dei vincitori sono prodotte e incorniciate da noi: niente da stampare. Le spese di partecipazione restano accessibili: 5 € fino a 9 foto, 25 € fino a 31 foto, portfolio review inclusa.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Quattro vincitori in serie e tre in immagine singola sono esposti a Images &amp; Neige, nelle Alpi, nel cuore dell'inverno, in stampe fine art Hahnemühle.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Ogni categoria assegna un premio immagine singola e un premio serie. Il 10% delle candidature meglio classificate riceve una menzione d'onore, anche senza premio, con il relativo badge: vere possibilità di essere distinti.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Ogni foto vincitrice è pubblicata con l'analisi scritta della giuria in un catalogo di alta qualità. A partire da 25 €, la portfolio review: la top 5 della giuria, una single image e una series commentate. Diploma e badge valorizzano i premi sul sito e sui social dei vincitori.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I JPEG si caricano così come sono: la piattaforma IMAGORA li ridimensiona automaticamente. Risultati il 21 dicembre 2026.</w:t>
            </w:r>
          </w:p>
        </w:tc>
        <w:tc>
          <w:tcPr>
            <w:tcW w:type="dxa" w:w="374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74000" cy="22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briel-madie-ski-track-snow-much-to-see-202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22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© Gabriel Madie · 1º Premio 2025</w:t>
            </w:r>
          </w:p>
          <w:p>
            <w:pPr>
              <w:spacing w:before="60" w:after="0" w:line="276" w:lineRule="auto"/>
            </w:pPr>
            <w:r>
              <w:rPr>
                <w:rFonts w:ascii="Georgia" w:hAnsi="Georgia" w:eastAsia="SimSun"/>
                <w:b w:val="0"/>
                <w:i/>
                <w:color w:val="0B2233"/>
                <w:sz w:val="17"/>
              </w:rPr>
              <w:t>« Questo concorso è stato il primo a fornirmi un feedback costruttivo sulle immagini selezionate senza che dovessi richiederlo. Questo approccio si distingue dalla maggior parte degli altri concorsi. »</w:t>
            </w:r>
          </w:p>
          <w:p>
            <w:pPr>
              <w:spacing w:before="20" w:after="60" w:line="276" w:lineRule="auto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4"/>
              </w:rPr>
              <w:t>Estebane Rezkallah, 2º Premio 2025, vincitore dei Sony World Photography Awards 2025</w:t>
            </w:r>
          </w:p>
          <w:p>
            <w:pPr>
              <w:spacing w:before="100" w:after="40" w:line="276" w:lineRule="auto"/>
            </w:pPr>
            <w:r>
              <w:rPr>
                <w:rFonts w:ascii="Arial" w:hAnsi="Arial" w:eastAsia="Microsoft YaHei"/>
                <w:b/>
                <w:i w:val="0"/>
                <w:color w:val="E2531B"/>
                <w:sz w:val="17"/>
              </w:rPr>
              <w:t xml:space="preserve">■ </w:t>
            </w:r>
            <w:r>
              <w:rPr>
                <w:rFonts w:ascii="Arial" w:hAnsi="Arial" w:eastAsia="Microsoft YaHei"/>
                <w:b/>
                <w:i w:val="0"/>
                <w:color w:val="082F47"/>
                <w:sz w:val="21"/>
              </w:rPr>
              <w:t>La 1ª edizione, nel 2025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Fotografi di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24 nazionalità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Giudizio anonimo: tra i nostri vincitori del 2025, fotografi premiati ai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Sony World Photography Awards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 e a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Visa pour l'Image</w:t>
            </w:r>
          </w:p>
        </w:tc>
      </w:tr>
    </w:tbl>
    <w:p>
      <w:pPr>
        <w:spacing w:before="40" w:after="0" w:line="276" w:lineRule="auto"/>
        <w:pBdr>
          <w:bottom w:val="single" w:sz="8" w:space="4" w:color="082F4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INFORMAZIONI SU SNOW MUCH TO SEE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Concorso fotografico internazionale organizzato da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Giandra De Castro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, presidente della giuria. Artista fotografa franco-brasiliana, ritrattista dell'acqua (fotografia senza ritocco), responsabile della programmazione belle arti del centro culturale La Gorge (Les Contamines-Montjoie). Dal 2019, 60 esposizioni in 12 paesi. Ultima esposizione: Shiga Kogen Museum (Nagano, Giappone). Prossime: Musée Hébert; Festival international de Montier-en-Der (oltre 40 000 visitatori in 4 giorni), in uno spazio scenografico sul tema « Musée dans l'eau ».</w:t>
            </w:r>
          </w:p>
        </w:tc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INFORMAZIONI SU IMAGES &amp; NEIGE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Creato nel 2010 a Cluses (Alta Savoia) da Frédéric Boiteux, l'unico festival fotografico in Europa interamente dedicato alla neve, al ghiaccio e al freddo: oltre 300 opere esposte per edizione, oltre 600 artisti esposti in 17 anni, al chiuso e all'aperto. La Città di Cluses, partner del concorso, ospita la mostra dei vincitori.</w:t>
            </w:r>
          </w:p>
        </w:tc>
      </w:tr>
    </w:tbl>
    <w:p>
      <w:pPr>
        <w:spacing w:before="80" w:after="0" w:line="276" w:lineRule="auto"/>
        <w:pBdr>
          <w:bottom w:val="single" w:sz="8" w:space="4" w:color="082F47"/>
        </w:pBdr>
      </w:pPr>
    </w:p>
    <w:p>
      <w:pPr>
        <w:spacing w:before="20" w:after="0" w:line="276" w:lineRule="auto"/>
      </w:pPr>
      <w:r>
        <w:rPr>
          <w:rFonts w:ascii="Georgia" w:hAnsi="Georgia" w:eastAsia="SimSun"/>
          <w:b/>
          <w:i w:val="0"/>
          <w:color w:val="082F47"/>
          <w:sz w:val="17"/>
        </w:rPr>
        <w:t xml:space="preserve">Contatto stampa </w:t>
      </w:r>
      <w:r>
        <w:rPr>
          <w:rFonts w:ascii="Georgia" w:hAnsi="Georgia" w:eastAsia="SimSun"/>
          <w:b w:val="0"/>
          <w:i w:val="0"/>
          <w:color w:val="082F47"/>
          <w:sz w:val="17"/>
        </w:rPr>
        <w:t>Giandra De Castro · giandra [at] snowmuchtosee.com</w:t>
      </w:r>
    </w:p>
    <w:p>
      <w:pPr>
        <w:spacing w:before="20" w:after="0" w:line="276" w:lineRule="auto"/>
      </w:pPr>
      <w:r>
        <w:rPr>
          <w:rFonts w:ascii="Georgia" w:hAnsi="Georgia" w:eastAsia="SimSun"/>
          <w:b w:val="0"/>
          <w:i w:val="0"/>
          <w:color w:val="082F47"/>
          <w:sz w:val="17"/>
        </w:rPr>
        <w:t xml:space="preserve">Loghi, foto e scheda informativa: snowmuchtosee.com/en/press/ </w:t>
      </w:r>
    </w:p>
    <w:p>
      <w:pPr>
        <w:spacing w:before="120" w:after="0" w:line="276" w:lineRule="auto"/>
        <w:jc w:val="center"/>
      </w:pPr>
      <w:r>
        <w:rPr>
          <w:rFonts w:ascii="Arial" w:hAnsi="Arial" w:eastAsia="Microsoft YaHei"/>
          <w:b/>
          <w:i w:val="0"/>
          <w:color w:val="082F47"/>
          <w:sz w:val="18"/>
        </w:rPr>
        <w:t>###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1134" w:left="90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6690"/>
        </w:tcPr>
        <w:p>
          <w:r>
            <w:drawing>
              <wp:inline xmlns:a="http://schemas.openxmlformats.org/drawingml/2006/main" xmlns:pic="http://schemas.openxmlformats.org/drawingml/2006/picture">
                <wp:extent cx="854795" cy="23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script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795" cy="23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1157143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s-et-neige-logo-officiel-h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43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488136" cy="2160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ille-de-cluses-logo-officiel-h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136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608859" cy="15120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ora-logo-h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859" cy="151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</w:p>
      </w:tc>
      <w:tc>
        <w:tcPr>
          <w:tcW w:type="dxa" w:w="3402"/>
        </w:tcPr>
        <w:p>
          <w:pPr>
            <w:jc w:val="right"/>
          </w:pPr>
          <w:r>
            <w:rPr>
              <w:rFonts w:ascii="Arial" w:hAnsi="Arial" w:eastAsia="Microsoft YaHei"/>
              <w:b w:val="0"/>
              <w:i w:val="0"/>
              <w:color w:val="4F6B7B"/>
              <w:sz w:val="14"/>
            </w:rPr>
            <w:t>snowmuchtosee.com · Comunicato stampa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1587402" cy="50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logo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402" cy="50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556"/>
        </w:tcPr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082F47"/>
              <w:sz w:val="21"/>
            </w:rPr>
            <w:t>COMUNICATO STAMPA</w:t>
          </w:r>
        </w:p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E2531B"/>
              <w:sz w:val="14"/>
            </w:rPr>
            <w:t>PER DIFFUSIONE IMMEDIATA</w:t>
          </w:r>
        </w:p>
        <w:p>
          <w:pPr>
            <w:jc w:val="right"/>
          </w:pPr>
          <w:r>
            <w:rPr>
              <w:rFonts w:ascii="Georgia" w:hAnsi="Georgia" w:eastAsia="SimSun"/>
              <w:b w:val="0"/>
              <w:i w:val="0"/>
              <w:color w:val="4F6B7B"/>
              <w:sz w:val="16"/>
            </w:rPr>
            <w:t>Cluses, 1° novembre 2026</w:t>
          </w:r>
        </w:p>
      </w:tc>
    </w:tr>
  </w:tbl>
  <w:p>
    <w:pPr>
      <w:pBdr>
        <w:bottom w:val="single" w:sz="12" w:space="4" w:color="E2531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Much to See 2026 · Comunicato stampa</dc:title>
  <dc:subject/>
  <dc:creator>Snow Much to See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