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Microsoft YaHei"/>
          <w:b/>
          <w:i w:val="0"/>
          <w:color w:val="E2531B"/>
          <w:sz w:val="15"/>
        </w:rPr>
        <w:t>CONCURSO FOTOGRÁFICO INTERNACIONAL · 2.ª EDICIÓN · 2026</w:t>
      </w:r>
    </w:p>
    <w:p>
      <w:pPr>
        <w:spacing w:before="0" w:after="80" w:line="276" w:lineRule="auto"/>
      </w:pPr>
      <w:r>
        <w:rPr>
          <w:rFonts w:ascii="Arial" w:hAnsi="Arial" w:eastAsia="Microsoft YaHei"/>
          <w:b/>
          <w:i w:val="0"/>
          <w:color w:val="082F47"/>
          <w:sz w:val="34"/>
        </w:rPr>
        <w:t>Snow Much to See, el concurso fotográfico ético que expone a sus ganadores en el festival Images &amp; Neige</w:t>
      </w:r>
    </w:p>
    <w:p>
      <w:pPr>
        <w:spacing w:before="0" w:after="120" w:line="276" w:lineRule="auto"/>
      </w:pPr>
      <w:r>
        <w:rPr>
          <w:rFonts w:ascii="Georgia" w:hAnsi="Georgia" w:eastAsia="SimSun"/>
          <w:b/>
          <w:i w:val="0"/>
          <w:color w:val="082F47"/>
          <w:sz w:val="20"/>
        </w:rPr>
        <w:t>Snow Much to See, concurso fotográfico internacional que la 17.ª edición del festival Images &amp; Neige (Cluses), el único festival fotográfico en Europa dedicado íntegramente a la nieve, el hielo y el frío, acoge por segundo año, recibe las candidaturas del 1 al 30 de noviembre de 2026. Dos fotos gratuitas, un jurado anónimo y siete ganadores expuestos del 22 al 24 de enero de 2027.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350"/>
          </w:tcPr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Cluses (Alta Saboya), 1 de noviembre de 2026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 xml:space="preserve"> – La 2.ª edición de Snow Much to See está abierta. Aficionados, semiprofesionales y profesionales de todas las nacionalidades, mayores de 18 años, pueden presentar su candidatura hasta el 30 de noviembre de 2026, 23:59 (hora de París), en la plataforma imagora. El objetivo: ganar su lugar de exposición en el festival Images &amp; Neige.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Dos fotos son gratuitas, el juicio es anónimo y no se cede ningún derecho. Las copias de los ganadores son producidas y enmarcadas por nosotros: nada que imprimir. Las tarifas de participación siguen siendo asequibles: 5 € hasta 9 fotos, 25 € hasta 31 fotos, revisión de portfolio incluida.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Cuatro ganadores en serie y tres en imagen única son expuestos en Images &amp; Neige, en los Alpes, en pleno invierno, en impresiones fine art Hahnemühle.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Cada categoría otorga un premio imagen única y un premio serie. El 10 % de las candidaturas mejor clasificadas reciben una mención de honor, incluso sin premio, con su distintivo: verdaderas oportunidades de ser distinguido.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Cada foto ganadora se publica con el análisis escrito del jurado en un catálogo de alta gama. Desde 25 €, la revisión de portfolio: el top 5 del jurado, una foto y una serie comentadas. Diploma y distintivos valoran los premios en el sitio y las redes de los ganadores.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Los JPEG se suben tal cual: la plataforma IMAGORA los redimensiona automáticamente. Resultados el 21 de diciembre de 2026.</w:t>
            </w:r>
          </w:p>
        </w:tc>
        <w:tc>
          <w:tcPr>
            <w:tcW w:type="dxa" w:w="374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74000" cy="223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briel-madie-ski-track-snow-much-to-see-202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22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© Gabriel Madie · 1er Premio 2025</w:t>
            </w:r>
          </w:p>
          <w:p>
            <w:pPr>
              <w:spacing w:before="60" w:after="0" w:line="276" w:lineRule="auto"/>
            </w:pPr>
            <w:r>
              <w:rPr>
                <w:rFonts w:ascii="Georgia" w:hAnsi="Georgia" w:eastAsia="SimSun"/>
                <w:b w:val="0"/>
                <w:i/>
                <w:color w:val="0B2233"/>
                <w:sz w:val="17"/>
              </w:rPr>
              <w:t>« Este concurso fue el primero en proporcionarme un feedback constructivo sobre las imágenes seleccionadas sin que tuviera que solicitarlo. Este enfoque se distingue de la mayoría de los otros concursos. »</w:t>
            </w:r>
          </w:p>
          <w:p>
            <w:pPr>
              <w:spacing w:before="20" w:after="60" w:line="276" w:lineRule="auto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4"/>
              </w:rPr>
              <w:t>Estebane Rezkallah, 2.º Premio 2025, ganador de los Sony World Photography Awards 2025</w:t>
            </w:r>
          </w:p>
          <w:p>
            <w:pPr>
              <w:spacing w:before="100" w:after="40" w:line="276" w:lineRule="auto"/>
            </w:pPr>
            <w:r>
              <w:rPr>
                <w:rFonts w:ascii="Arial" w:hAnsi="Arial" w:eastAsia="Microsoft YaHei"/>
                <w:b/>
                <w:i w:val="0"/>
                <w:color w:val="E2531B"/>
                <w:sz w:val="17"/>
              </w:rPr>
              <w:t xml:space="preserve">■ </w:t>
            </w:r>
            <w:r>
              <w:rPr>
                <w:rFonts w:ascii="Arial" w:hAnsi="Arial" w:eastAsia="Microsoft YaHei"/>
                <w:b/>
                <w:i w:val="0"/>
                <w:color w:val="082F47"/>
                <w:sz w:val="21"/>
              </w:rPr>
              <w:t>La 1ª edición, en 2025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Fotógrafos de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24 nacionalidades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Juicio anónimo: entre nuestros ganadores 2025, fotógrafos galardonados en los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Sony World Photography Awards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 y en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Visa pour l'Image</w:t>
            </w:r>
          </w:p>
        </w:tc>
      </w:tr>
    </w:tbl>
    <w:p>
      <w:pPr>
        <w:spacing w:before="40" w:after="0" w:line="276" w:lineRule="auto"/>
        <w:pBdr>
          <w:bottom w:val="single" w:sz="8" w:space="4" w:color="082F47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SOBRE SNOW MUCH TO SEE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Concurso fotográfico internacional organizado por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Giandra De Castro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, presidenta del jurado. Artista fotógrafa franco-brasileña, retratista del agua (fotografía sin retoque), responsable de la programación de bellas artes del centro cultural La Gorge (Les Contamines-Montjoie). Desde 2019, 60 exposiciones en 12 países. Última exposición: Shiga Kogen Museum (Nagano, Japón). Próximas: Musée Hébert; Festival internacional de Montier-en-Der (más de 40 000 visitantes en 4 días), en un espacio escenográfico sobre el tema « Musée dans l'eau ».</w:t>
            </w:r>
          </w:p>
        </w:tc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SOBRE IMAGES &amp; NEIGE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Creado en 2010 en Cluses (Alta Saboya) por Frédéric Boiteux, el único festival fotográfico en Europa dedicado íntegramente a la nieve, el hielo y el frío: más de 300 obras expuestas por edición, más de 600 artistas expuestos en 17 años, en interior y al aire libre. La Ville de Cluses, partenaire del concurso, acoge la exposición de los ganadores.</w:t>
            </w:r>
          </w:p>
        </w:tc>
      </w:tr>
    </w:tbl>
    <w:p>
      <w:pPr>
        <w:spacing w:before="80" w:after="0" w:line="276" w:lineRule="auto"/>
        <w:pBdr>
          <w:bottom w:val="single" w:sz="8" w:space="4" w:color="082F47"/>
        </w:pBdr>
      </w:pPr>
    </w:p>
    <w:p>
      <w:pPr>
        <w:spacing w:before="20" w:after="0" w:line="276" w:lineRule="auto"/>
      </w:pPr>
      <w:r>
        <w:rPr>
          <w:rFonts w:ascii="Georgia" w:hAnsi="Georgia" w:eastAsia="SimSun"/>
          <w:b/>
          <w:i w:val="0"/>
          <w:color w:val="082F47"/>
          <w:sz w:val="17"/>
        </w:rPr>
        <w:t xml:space="preserve">Contacto de prensa </w:t>
      </w:r>
      <w:r>
        <w:rPr>
          <w:rFonts w:ascii="Georgia" w:hAnsi="Georgia" w:eastAsia="SimSun"/>
          <w:b w:val="0"/>
          <w:i w:val="0"/>
          <w:color w:val="082F47"/>
          <w:sz w:val="17"/>
        </w:rPr>
        <w:t>Giandra De Castro · giandra [at] snowmuchtosee.com</w:t>
      </w:r>
    </w:p>
    <w:p>
      <w:pPr>
        <w:spacing w:before="20" w:after="0" w:line="276" w:lineRule="auto"/>
      </w:pPr>
      <w:r>
        <w:rPr>
          <w:rFonts w:ascii="Georgia" w:hAnsi="Georgia" w:eastAsia="SimSun"/>
          <w:b w:val="0"/>
          <w:i w:val="0"/>
          <w:color w:val="082F47"/>
          <w:sz w:val="17"/>
        </w:rPr>
        <w:t xml:space="preserve">Logotipos, fotos y ficha de datos: snowmuchtosee.com/en/press/ </w:t>
      </w:r>
    </w:p>
    <w:p>
      <w:pPr>
        <w:spacing w:before="120" w:after="0" w:line="276" w:lineRule="auto"/>
        <w:jc w:val="center"/>
      </w:pPr>
      <w:r>
        <w:rPr>
          <w:rFonts w:ascii="Arial" w:hAnsi="Arial" w:eastAsia="Microsoft YaHei"/>
          <w:b/>
          <w:i w:val="0"/>
          <w:color w:val="082F47"/>
          <w:sz w:val="18"/>
        </w:rPr>
        <w:t>###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1134" w:left="90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6690"/>
        </w:tcPr>
        <w:p>
          <w:r>
            <w:drawing>
              <wp:inline xmlns:a="http://schemas.openxmlformats.org/drawingml/2006/main" xmlns:pic="http://schemas.openxmlformats.org/drawingml/2006/picture">
                <wp:extent cx="854795" cy="23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script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795" cy="23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1157143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s-et-neige-logo-officiel-h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43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488136" cy="2160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ille-de-cluses-logo-officiel-h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136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608859" cy="15120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ora-logo-h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859" cy="151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</w:p>
      </w:tc>
      <w:tc>
        <w:tcPr>
          <w:tcW w:type="dxa" w:w="3402"/>
        </w:tcPr>
        <w:p>
          <w:pPr>
            <w:jc w:val="right"/>
          </w:pPr>
          <w:r>
            <w:rPr>
              <w:rFonts w:ascii="Arial" w:hAnsi="Arial" w:eastAsia="Microsoft YaHei"/>
              <w:b w:val="0"/>
              <w:i w:val="0"/>
              <w:color w:val="4F6B7B"/>
              <w:sz w:val="14"/>
            </w:rPr>
            <w:t>snowmuchtosee.com · Comunicado de prensa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1587402" cy="50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logo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402" cy="50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556"/>
        </w:tcPr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082F47"/>
              <w:sz w:val="21"/>
            </w:rPr>
            <w:t>COMUNICADO DE PRENSA</w:t>
          </w:r>
        </w:p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E2531B"/>
              <w:sz w:val="14"/>
            </w:rPr>
            <w:t>PARA DIFUSIÓN INMEDIATA</w:t>
          </w:r>
        </w:p>
        <w:p>
          <w:pPr>
            <w:jc w:val="right"/>
          </w:pPr>
          <w:r>
            <w:rPr>
              <w:rFonts w:ascii="Georgia" w:hAnsi="Georgia" w:eastAsia="SimSun"/>
              <w:b w:val="0"/>
              <w:i w:val="0"/>
              <w:color w:val="4F6B7B"/>
              <w:sz w:val="16"/>
            </w:rPr>
            <w:t>Cluses, 1 de noviembre de 2026</w:t>
          </w:r>
        </w:p>
      </w:tc>
    </w:tr>
  </w:tbl>
  <w:p>
    <w:pPr>
      <w:pBdr>
        <w:bottom w:val="single" w:sz="12" w:space="4" w:color="E2531B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Much to See 2026 · Comunicado de prensa</dc:title>
  <dc:subject/>
  <dc:creator>Snow Much to See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